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בָּטוּחַ אוֹ מְסֻכָּן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בְּטוּחוֹת וּמְסֻכָּנוֹת בַּדֶּרֶךְ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חֲצִיַּת כְּבִישׁ נְכוֹנָה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על בְּטִיחוּת בַּדֶּרֶךְ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בָּטוּחַ או מְסֻכָּן? (בְּחִירָה)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לחצות רק במעבר חציה או ברמזור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עוזר להישאר בטוחים ולא להתרחק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הַתְאִימוּ מִלָּה לְהֶסְבֵּר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מיוחד לחצות בו 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(מכשיר עם אור אדום צהוב וירוק)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הליכה ברגל ליד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(רצועה שמגנה עלינו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מַה קוֹרֶה קֹדֶם? (סֵדֶר נָכוֹן לַחֲצִיַּת כְּבִישׁ)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על המדרכה ליד 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את הכביש בהליכה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סַפְּרוּ וְהַסְבִּירוּ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לחצות במעבר חציה עם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מְשִׂימַת חֲשִׁיבָה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טובה: להסביר לו שצריך לחצות במעבר חציה, ולעזור לו למצוא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חציה או 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ריצה לכביש או משחק ליד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שאין מכוניות מתקרבות ולהישאר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כרטיסים נוספים ולבקש מהתלמידים לסווג בטוח/מסוכן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תפקידים: ילד אחד 'חוצה' והשני בודק אם זה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חוויות אישיות של התלמידים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בָּטוּחַ אוֹ מְסֻכָּן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להבדיל בין דברים בְּטוּחִים לדברים מְסֻכָּנִים כשהולכים או חוצים כביש.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בָּטוּחַ או מְסֻכָּן? (בְּחִירָה)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ילד חוצה כביש עם אמא במעבר חציה.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ילדה רצה לבד באמצע הכביש.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ילד יושב ברכב עם חגורת בטיחות.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נָכוֹן או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כביש בכל מקום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שחוצים כביש צריך להסתכל ימינה ושמאלה.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כשחוצים כביש עם מבוגר, צריך להחזיק לו 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הַתְאִימוּ מִלָּה לְהֶסְבֵּר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מכשיר עם אור אדום צהוב וירוק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הליכה ברגל ליד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רצועה שמגנה עלינו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מיוחד לחצות בו 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מַה קוֹרֶה קֹדֶם? (סֵדֶר נָכוֹן לַחֲצִיַּת כְּבִישׁ)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מוודאים שאין מכוניות מתקרבות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עומדים על המדרכה ליד 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את הכביש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סַפְּרוּ וְהַסְבִּירוּ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אחת להתנהגות בטוחה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מְשִׂימַת חֲשִׁיבָה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כתבו: איך תעזרו לחבר שרוצה לחצות כביש לא במקום הבטוח?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המקום הבטוח ביותר לחצות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להתנהגות מסוכנת בדרך.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בָּטוּחַ אוֹ מְסֻכָּן בַּדֶּרֶךְ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