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בָּטוּחַ אוֹ מְסֻכָּן בַּדֶּרֶךְ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התנהגויות בְּטוּחוֹת וּמְסֻכָּנוֹת בַּדֶּרֶךְ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חֲצִיַּת כְּבִישׁ נְכוֹנָה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על בְּטִיחוּת בַּדֶּרֶךְ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בָּטוּחַ או מְסֻכָּן? (בְּחִירָה)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נָכוֹן או לֹא נָכוֹן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לחצות רק במעבר חציה או ברמזור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לוודא שאין רכבים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קסדה מגנה על הראש ומונעת פציעות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עוזר להישאר בטוחים ולא להתרחק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מסוכן מאוד כי הנהג לא תמיד רואה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הַתְאִימוּ מִלָּה לְהֶסְבֵּר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מיוחד לחצות בו 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(מכשיר עם אור אדום צהוב וירוק)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הליכה ברגל ליד 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(רצועה שמגנה עלינו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(האדם שנוהג ברכב)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מַה קוֹרֶה קֹדֶם? (סֵדֶר נָכוֹן לַחֲצִיַּת כְּבִישׁ)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עומדים על המדרכה ליד 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מוודאים שאין מכוניות מתקרבות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את הכביש בהליכה ולא בריצה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להסתכל גם באמצע החצייה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סַפְּרוּ וְהַסְבִּירוּ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לחצות במעבר חציה עם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לרוץ לכביש בלי להסתכל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מְשִׂימַת חֲשִׁיבָה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טובה: להסביר לו שצריך לחצות במעבר חציה, ולעזור לו למצוא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מעבר חציה או 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כמו ריצה לכביש או משחק ליד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שאין מכוניות מתקרבות ולהישאר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כרטיסים נוספים ולבקש מהתלמידים לסווג בטוח/מסוכן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משחק תפקידים: ילד אחד 'חוצה' והשני בודק אם זה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בשיחה קצרה על חוויות אישיות של התלמידים בדרך לבית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בָּטוּחַ אוֹ מְסֻכָּן בַּדֶּרֶךְ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מה בָּטוּחַ ומה מְסֻכָּן בַּדֶּרֶךְ.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בָּטוּחַ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דָּבָר שלא מְסַכֵּן אותנו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מְסֻכָּן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דָּבָר שיכול לפגוע בנו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מַעֲבַר חֲצִיָּה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המיוחד לחצות בו 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רַמְזוֹר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עם אור אדום, צהוב וירוק שמנהל את התנועה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מִדְרָכָה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הולכים ברגל ליד הכביש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נֶהָג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שנוהג 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חֲגוֹרַת בְּטִיחוּת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רְצוּעָה שקושרים ברכב כדי להישאר בטוחים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בָּטוּחַ או מְסֻכָּן? (בְּחִירָה)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חוצים עם אמא במעבר חציה - בטוח או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רצים לבד באמצע הכביש - בטוח או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יושבים ברכב עם חגורה - בטוח או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חוצים ברמזור אדום - בטוח או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הולכים על המדרכה - בטוח או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משחקים עם כדור ליד הכביש - בטוח או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נָכוֹן או לֹא נָכוֹן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בכל מקום שרוצים.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שחוצים כביש צריך להסתכל ימינה ושמאלה.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לרכוב על אופניים בלי קסדה.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כשחוצים כביש עם מבוגר, צריך להחזיק לו 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לרוץ בין המכוניות כשממהרים.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הַתְאִימוּ מִלָּה לְהֶסְבֵּר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רצועה שמגנה עלינו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הליכה ברגל ליד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מיוחד לחצות בו 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האדם שנוהג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מכשיר עם אור אדום צהוב וירוק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מַה קוֹרֶה קֹדֶם? (סֵדֶר נָכוֹן לַחֲצִיַּת כְּבִישׁ)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עומדים על המדרכה ליד מעבר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להסתכל גם באמצע החצייה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מוודאים שאין מכוניות מתקרבות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את הכביש בהליכה ולא בריצה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סַפְּרוּ וְהַסְבִּירוּ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אחת להתנהגות בטוחה בדרך.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להתנהגות מסוכנת בדרך.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מְשִׂימַת חֲשִׁיבָה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כתבו: איך תעזרו לחבר שרוצה לחצות כביש לא במקום הבטוח?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המקום הבטוח ביותר לחצות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מסוכנת בדרך.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להסתכל ימינה ושמאלה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בָּטוּחַ אוֹ מְסֻכָּן בַּדֶּרֶךְ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