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בָּטוּחַ אוֹ מְסֻכָּן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בְּטוּחוֹת וּמְסֻכָּנוֹת בַּדֶּרֶךְ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חֲצִיַּת כְּבִישׁ נְכוֹנָה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על בְּטִיחוּת בַּדֶּרֶךְ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בָּטוּחַ או מְסֻכָּן? (בְּחִירָה)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לחצות רק במעבר חציה או ברמזור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לוודא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קסדה מגנה על הראש ומונעת פציעות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עוזר להישאר בטוחים ולא להתרחק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מסוכן מאוד כי הנהג לא תמיד רואה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הַתְאִימוּ מִלָּה לְהֶסְבֵּר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מיוחד לחצות בו 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(מכשיר עם אור אדום צהוב וירוק)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(מקום הליכה ברגל ליד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(רצועה שמגנה עלינו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(האדם שנוהג ברכב)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מַה קוֹרֶה קֹדֶם? (סֵדֶר נָכוֹן לַחֲצִיַּת כְּבִישׁ)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עומדים על המדרכה ליד 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את הכביש בהליכה ולא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להסתכל גם באמצע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סַפְּרוּ וְהַסְבִּירוּ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לחצות במעבר חציה עם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לרוץ לכביש בלי להסתכל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מְשִׂימַת חֲשִׁיבָה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טובה: להסביר לו שצריך לחצות במעבר חציה, ולעזור לו למצוא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חציה או 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ריצה לכביש או משחק ליד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שאין מכוניות מתקרבות ולהישאר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כרטיסים נוספים ולבקש מהתלמידים לסווג בטוח/מסוכן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משחק תפקידים: ילד אחד 'חוצה' והשני בודק אם זה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חוויות אישיות של התלמידים בדרך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בָּטוּחַ אוֹ מְסֻכָּן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להבדיל בין דברים בְּטוּחִים לדברים מְסֻכָּנִים כשהולכים או חוצים כביש.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בָּטוּחַ או מְסֻכָּן? (בְּחִירָה)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ילד חוצה כביש עם אמא במעבר חציה.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ילדה רצה לבד באמצע הכביש.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ילד יושב ברכב עם חגורת בטיחות.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ילדה חוצה כביש כשהרמזור אדום להולכי רגל.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ילד הולך על המדרכה ולא על הכביש.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ילדה משחקת בכדור ליד כביש סואן.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נָכוֹן או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בכל מקום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שחוצים כביש צריך להסתכל ימינה ושמאלה.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לרכוב על אופניים בלי קסדה.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כשחוצים כביש עם מבוגר, צריך להחזיק לו 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לרוץ בין המכוניות כשממהרים.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הַתְאִימוּ מִלָּה לְהֶסְבֵּר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מכשיר עם אור אדום צהוב וירוק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מיוחד לחצות בו 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רצועה שמגנה עלינו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האדם שנוהג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הליכה ברגל ליד הכביש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מַה קוֹרֶה קֹדֶם? (סֵדֶר נָכוֹן לַחֲצִיַּת כְּבִישׁ)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על המדרכה ליד 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בהליכה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שאין מכוניות מתקרבות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להסתכל גם באמצע החצייה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סַפְּרוּ וְהַסְבִּירוּ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להתנהגות בטוחה בדרך.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להתנהגות מסוכנת בדרך.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מְשִׂימַת חֲשִׁיבָה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כתבו: איך תעזרו לחבר שרוצה לחצות כביש לא במקום הבטוח?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המקום הבטוח ביותר לחצות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מסוכנת בדרך.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להסתכל ימינה ושמאלה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בָּטוּחַ אוֹ מְסֻכָּן בַּדֶּרֶךְ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